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קוביית צלילי הניקוד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תנועות הניקוד וקריאת הברות ומילים מנוקדות (כיתות א׳–ב׳)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https://kubiyot-lemida.sites.tab.bot/luach-nikud.html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אַ – קָמָץ וּפַתָּח; 2 – אֶ – צֵירֵי וּסֶגּוֹל; 3 – אִי – חִירִיק; 4 – אוֹ – חוֹלָם; 5 – אוּ – שׁוּרוּק וְקֻבּוּץ; 6 – שְׁוָא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אַ (קמץ/פתח): יָד, גַּן   אִי (חיריק): שִׁיר, עִיר   אוֹ (חולם): אוֹר, דּוֹד   אוּ (שורוק/קובוץ): סוּס, כּוּס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אוֹר   2) א – סוּס   3) א – קמץ   4) א – עֵץ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נכון   3) לא נכון – החיריק הוא נקודה מתחת לאות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🔤 קוביית צלילי הניקוד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תנועות הניקוד וקריאת הברות ומילים מנוקדות (כיתות א׳–ב׳).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ניקוד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נקודות וקווים ליד האותיות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צליל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שומעים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של מילה: בָּ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לקרוא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מה כתוב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🗨️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סוּס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אוֹר  |  עִיר  |  יָד  |  גַּן  |  דּוֹד  |  שִׁיר  |  כּוּס  |  סוּס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אַ (קמץ/פתח)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אִי (חיריק)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אוֹ (חולם)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אוּ (שורוק/קובוץ)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באיזו מילה יש חולם?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אוֹר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עִיר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עֵץ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באיזו מילה יש צליל "אוּ"?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סוּס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סֵפֶר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גַּן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הניקוד מתחת לב׳ במילה בָּא?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קמץ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חיריק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שורוק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באיזו מילה יש צירי?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עֵץ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יָד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שִׁיר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בַּ ו־בָּ נשמעות אותו דבר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שורוק נכתב עם האות ו׳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החיריק נמצא מעל האות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שווא מסומן בשתי נקודות זו מעל זו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(קוביית צלילי הניקוד)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קוביית צלילי הניקוד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