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אוצר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העשרת אוצר מילים: נרדפות, הפכים, ביטויים והגדרות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https://kubiyot-lemida.sites.tab.bot/luach-otzar-milim.html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מילה נרדפת; 2 – הפך; 3 – משפט; 4 – ציור ותנועה; 5 – צירוף וביטוי; 6 – הגדרה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ג – רחוק   2) א – מלא   3) ד – חדש   4) ב – לרדת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עליז   2) ב – קרוב   3) ב – בקצרה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📚 אוצר מילים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העשרת אוצר מילים: נרדפות, הפכים, ביטויים והגדרות.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רחוק  |  מלא  |  חדש  |  לרדת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מלא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לרדת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ישן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רחוק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לעלות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חדש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מילה נרדפת ל"שָׂמֵחַ":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עליז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עצוב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ההפך של "רָחוֹק":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ארוך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קרוב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הביטוי "על קצה המזלג"?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בזמן האוכל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בקצרה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(אוצר מילים)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אוצר מילים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