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אוצר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העשרת אוצר מילים: נרדפות, הפכים, ביטויים והגדרות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https://kubiyot-lemida.sites.tab.bot/luach-otzar-milim.html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מילה נרדפת; 2 – הפך; 3 – משפט; 4 – ציור ותנועה; 5 – צירוף וביטוי; 6 – הגדרה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רחוק   2) א – מלא   3) ד – חדש   4) ה – לרדת   5) ג – מעט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עליז   2) א – קרוב   3) א – בקצרה   4) א – מושב ארוך לכמה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נכון   3) לא נכון – לביטוי יש לעתים משמעות מושאלת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📚 אוצר מילים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העשרת אוצר מילים: נרדפות, הפכים, ביטויים והגדרות.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נרדפת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עם אותה משמעות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↔️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עם משמעות הפוכה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מילים עם משמעות מיוחדת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של מילה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 של מילים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מלא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רחוק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מעט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לעלות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לרדת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מילה נרדפת ל"שָׂמֵחַ":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עליז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עייף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ההפך של "רָחוֹק":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קרוב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הביטוי "על קצה המזלג"?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בזמן האוכל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בכוח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פירוש "ספסל"?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מושב ארוך לכמה אנשים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 של עציץ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כלי עבודה בגינה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"עליז" ו"שמח" הן מילים נרדפות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"מלא" הוא ההפך של "ריק"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 תמיד מתפרש מילה במילה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"גינה" ו"גן" קרובות במשמעות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(אוצר מילים)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אוצר מילים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